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D12814" w14:paraId="52988FC4" w14:textId="77777777">
        <w:trPr>
          <w:trHeight w:val="454"/>
          <w:jc w:val="right"/>
        </w:trPr>
        <w:tc>
          <w:tcPr>
            <w:tcW w:w="2551" w:type="dxa"/>
            <w:tcMar>
              <w:top w:w="15" w:type="dxa"/>
              <w:left w:w="50" w:type="dxa"/>
              <w:bottom w:w="15" w:type="dxa"/>
              <w:right w:w="50" w:type="dxa"/>
            </w:tcMar>
          </w:tcPr>
          <w:p w14:paraId="031F571D" w14:textId="2BF97E46" w:rsidR="00D12814" w:rsidRDefault="00D12814">
            <w:pPr>
              <w:spacing w:after="0"/>
              <w:jc w:val="center"/>
            </w:pPr>
          </w:p>
        </w:tc>
        <w:tc>
          <w:tcPr>
            <w:tcW w:w="2551" w:type="dxa"/>
            <w:tcMar>
              <w:top w:w="15" w:type="dxa"/>
              <w:left w:w="50" w:type="dxa"/>
              <w:bottom w:w="15" w:type="dxa"/>
              <w:right w:w="50" w:type="dxa"/>
            </w:tcMar>
          </w:tcPr>
          <w:p w14:paraId="645DA74F" w14:textId="7EE4D62D" w:rsidR="00D12814" w:rsidRDefault="00D12814">
            <w:pPr>
              <w:spacing w:after="0"/>
              <w:jc w:val="center"/>
            </w:pPr>
          </w:p>
        </w:tc>
        <w:tc>
          <w:tcPr>
            <w:tcW w:w="2551" w:type="dxa"/>
            <w:tcMar>
              <w:top w:w="15" w:type="dxa"/>
              <w:left w:w="50" w:type="dxa"/>
              <w:bottom w:w="15" w:type="dxa"/>
              <w:right w:w="50" w:type="dxa"/>
            </w:tcMar>
          </w:tcPr>
          <w:p w14:paraId="77E86F3E" w14:textId="21A2D57D" w:rsidR="00D12814" w:rsidRDefault="00D12814">
            <w:pPr>
              <w:spacing w:after="0"/>
              <w:jc w:val="center"/>
            </w:pPr>
          </w:p>
        </w:tc>
        <w:tc>
          <w:tcPr>
            <w:tcW w:w="2551" w:type="dxa"/>
            <w:tcMar>
              <w:top w:w="15" w:type="dxa"/>
              <w:left w:w="50" w:type="dxa"/>
              <w:bottom w:w="15" w:type="dxa"/>
              <w:right w:w="50" w:type="dxa"/>
            </w:tcMar>
          </w:tcPr>
          <w:p w14:paraId="2B00A3CC" w14:textId="756AEA13" w:rsidR="00D12814" w:rsidRDefault="00D12814">
            <w:pPr>
              <w:spacing w:after="0"/>
              <w:jc w:val="center"/>
            </w:pPr>
          </w:p>
        </w:tc>
      </w:tr>
    </w:tbl>
    <w:p w14:paraId="41D0370F" w14:textId="77777777" w:rsidR="00D12814" w:rsidRDefault="00D12814">
      <w:pPr>
        <w:pStyle w:val="MFNota"/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8"/>
        <w:gridCol w:w="6917"/>
      </w:tblGrid>
      <w:tr w:rsidR="00D12814" w14:paraId="0F975BD8" w14:textId="77777777">
        <w:tc>
          <w:tcPr>
            <w:tcW w:w="3288" w:type="dxa"/>
            <w:vAlign w:val="center"/>
          </w:tcPr>
          <w:p w14:paraId="6BDD00A8" w14:textId="77777777" w:rsidR="00D12814" w:rsidRDefault="006222AD">
            <w:r>
              <w:rPr>
                <w:noProof/>
              </w:rPr>
              <w:drawing>
                <wp:inline distT="0" distB="0" distL="0" distR="0" wp14:anchorId="5E118F24" wp14:editId="62AD39DC">
                  <wp:extent cx="1656000" cy="55786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caminha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00" cy="55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7" w:type="dxa"/>
            <w:tcBorders>
              <w:left w:val="single" w:sz="30" w:space="0" w:color="A8571F"/>
            </w:tcBorders>
            <w:tcMar>
              <w:top w:w="20" w:type="dxa"/>
              <w:left w:w="160" w:type="dxa"/>
              <w:bottom w:w="20" w:type="dxa"/>
              <w:right w:w="80" w:type="dxa"/>
            </w:tcMar>
            <w:vAlign w:val="center"/>
          </w:tcPr>
          <w:p w14:paraId="186F0E71" w14:textId="77777777" w:rsidR="00D12814" w:rsidRDefault="006222AD">
            <w:pPr>
              <w:pStyle w:val="MFCategoria"/>
            </w:pPr>
            <w:r>
              <w:t>Associativismo Desportivo · MF_AD.08.01</w:t>
            </w:r>
          </w:p>
          <w:p w14:paraId="7789BD9E" w14:textId="77777777" w:rsidR="00D12814" w:rsidRDefault="006222AD">
            <w:pPr>
              <w:pStyle w:val="MFTitulo"/>
            </w:pPr>
            <w:r>
              <w:t>Relatório e Prestação de Contas</w:t>
            </w:r>
          </w:p>
          <w:p w14:paraId="7A3C5BEB" w14:textId="77777777" w:rsidR="00D12814" w:rsidRDefault="006222AD">
            <w:pPr>
              <w:pStyle w:val="MFRotulo"/>
            </w:pPr>
            <w:r>
              <w:rPr>
                <w:b/>
              </w:rPr>
              <w:t>Exmo. Sr. Presidente da Câmara Municipal de Caminha,</w:t>
            </w:r>
          </w:p>
          <w:p w14:paraId="789F3A95" w14:textId="77777777" w:rsidR="00D12814" w:rsidRDefault="006222AD">
            <w:pPr>
              <w:pStyle w:val="MFNota"/>
            </w:pPr>
            <w:r>
              <w:t>nos termos do art. 38.º do Regulamento Municipal de Apoio ao Associativismo Desportivo, na redação vigente</w:t>
            </w:r>
          </w:p>
        </w:tc>
      </w:tr>
    </w:tbl>
    <w:p w14:paraId="3CAB2EBB" w14:textId="77777777" w:rsidR="00D12814" w:rsidRDefault="006222AD">
      <w:pPr>
        <w:pStyle w:val="MFSeccao"/>
        <w:pBdr>
          <w:left w:val="single" w:sz="18" w:space="4" w:color="1B1D1F"/>
        </w:pBdr>
        <w:shd w:val="clear" w:color="auto" w:fill="E8E8E8"/>
        <w:spacing w:before="120" w:after="80"/>
      </w:pPr>
      <w:r>
        <w:rPr>
          <w:noProof/>
          <w:position w:val="-8"/>
        </w:rPr>
        <w:drawing>
          <wp:inline distT="0" distB="0" distL="0" distR="0" wp14:anchorId="2A918856" wp14:editId="2C2815CC">
            <wp:extent cx="187200" cy="187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-user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Identificação da Entidade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03"/>
        <w:gridCol w:w="3402"/>
        <w:gridCol w:w="3402"/>
      </w:tblGrid>
      <w:tr w:rsidR="00D12814" w14:paraId="159195A3" w14:textId="77777777">
        <w:trPr>
          <w:trHeight w:val="397"/>
        </w:trPr>
        <w:tc>
          <w:tcPr>
            <w:tcW w:w="51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2C9DCB" w14:textId="77777777" w:rsidR="00D12814" w:rsidRDefault="006222AD">
            <w:r>
              <w:t>N.º de inscrição no RMCAD</w:t>
            </w:r>
            <w:r>
              <w:rPr>
                <w:b/>
                <w:color w:val="A8571F"/>
              </w:rPr>
              <w:t>*</w:t>
            </w:r>
            <w:r>
              <w:t xml:space="preserve">: </w:t>
            </w:r>
            <w:r>
              <w:rPr>
                <w:u w:val="dotted"/>
              </w:rPr>
              <w:t>                </w:t>
            </w:r>
          </w:p>
        </w:tc>
        <w:tc>
          <w:tcPr>
            <w:tcW w:w="5103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AE30C3" w14:textId="77777777" w:rsidR="00D12814" w:rsidRDefault="00D12814"/>
        </w:tc>
      </w:tr>
      <w:tr w:rsidR="00D12814" w14:paraId="13F743D5" w14:textId="77777777">
        <w:trPr>
          <w:trHeight w:val="397"/>
        </w:trPr>
        <w:tc>
          <w:tcPr>
            <w:tcW w:w="10206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65E2B" w14:textId="77777777" w:rsidR="00D12814" w:rsidRDefault="006222AD">
            <w:r>
              <w:t>Denominação social</w:t>
            </w:r>
            <w:r>
              <w:rPr>
                <w:b/>
                <w:color w:val="A8571F"/>
              </w:rPr>
              <w:t>*</w:t>
            </w:r>
            <w:r>
              <w:t xml:space="preserve">: </w:t>
            </w:r>
            <w:r>
              <w:rPr>
                <w:u w:val="dotted"/>
              </w:rPr>
              <w:t>                </w:t>
            </w:r>
          </w:p>
        </w:tc>
      </w:tr>
      <w:tr w:rsidR="00D12814" w14:paraId="311E1251" w14:textId="77777777">
        <w:trPr>
          <w:trHeight w:val="397"/>
        </w:trPr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F1FC4D" w14:textId="77777777" w:rsidR="00D12814" w:rsidRDefault="006222AD">
            <w:r>
              <w:t>NIPC</w:t>
            </w:r>
            <w:r>
              <w:rPr>
                <w:b/>
                <w:color w:val="A8571F"/>
              </w:rPr>
              <w:t>*</w:t>
            </w:r>
            <w:r>
              <w:t xml:space="preserve">: </w:t>
            </w:r>
            <w:r>
              <w:rPr>
                <w:u w:val="dotted"/>
              </w:rPr>
              <w:t>                </w:t>
            </w:r>
          </w:p>
        </w:tc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68D91C" w14:textId="77777777" w:rsidR="00D12814" w:rsidRDefault="006222AD">
            <w:r>
              <w:t xml:space="preserve">Telefone: </w:t>
            </w:r>
            <w:r>
              <w:rPr>
                <w:u w:val="dotted"/>
              </w:rPr>
              <w:t>                </w:t>
            </w:r>
          </w:p>
        </w:tc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5DD76C" w14:textId="77777777" w:rsidR="00D12814" w:rsidRDefault="006222AD">
            <w:r>
              <w:t>Email</w:t>
            </w:r>
            <w:r>
              <w:rPr>
                <w:b/>
                <w:color w:val="A8571F"/>
              </w:rPr>
              <w:t>*</w:t>
            </w:r>
            <w:r>
              <w:rPr>
                <w:sz w:val="13"/>
              </w:rPr>
              <w:t>¹</w:t>
            </w:r>
            <w:r>
              <w:t xml:space="preserve">: </w:t>
            </w:r>
            <w:r>
              <w:rPr>
                <w:u w:val="dotted"/>
              </w:rPr>
              <w:t>                </w:t>
            </w:r>
          </w:p>
        </w:tc>
      </w:tr>
      <w:tr w:rsidR="00D12814" w14:paraId="0B6C04C3" w14:textId="77777777">
        <w:trPr>
          <w:trHeight w:val="397"/>
        </w:trPr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B17D39" w14:textId="77777777" w:rsidR="00D12814" w:rsidRDefault="006222AD">
            <w:r>
              <w:t>Morada da sede</w:t>
            </w:r>
            <w:r>
              <w:rPr>
                <w:b/>
                <w:color w:val="A8571F"/>
              </w:rPr>
              <w:t>*</w:t>
            </w:r>
            <w:r>
              <w:t xml:space="preserve">: </w:t>
            </w:r>
            <w:r>
              <w:rPr>
                <w:u w:val="dotted"/>
              </w:rPr>
              <w:t>                </w:t>
            </w:r>
          </w:p>
        </w:tc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1DDEB4" w14:textId="77777777" w:rsidR="00D12814" w:rsidRDefault="006222AD">
            <w:r>
              <w:t>Código postal</w:t>
            </w:r>
            <w:r>
              <w:rPr>
                <w:b/>
                <w:color w:val="A8571F"/>
              </w:rPr>
              <w:t>*</w:t>
            </w:r>
            <w:r>
              <w:t xml:space="preserve">: </w:t>
            </w:r>
            <w:r>
              <w:rPr>
                <w:u w:val="dotted"/>
              </w:rPr>
              <w:t>                </w:t>
            </w:r>
          </w:p>
        </w:tc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F587EA" w14:textId="77777777" w:rsidR="00D12814" w:rsidRDefault="006222AD">
            <w:r>
              <w:t>Localidade</w:t>
            </w:r>
            <w:r>
              <w:rPr>
                <w:b/>
                <w:color w:val="A8571F"/>
              </w:rPr>
              <w:t>*</w:t>
            </w:r>
            <w:r>
              <w:t xml:space="preserve">: </w:t>
            </w:r>
            <w:r>
              <w:rPr>
                <w:u w:val="dotted"/>
              </w:rPr>
              <w:t>                </w:t>
            </w:r>
          </w:p>
        </w:tc>
      </w:tr>
      <w:tr w:rsidR="00D12814" w14:paraId="4587E930" w14:textId="77777777">
        <w:trPr>
          <w:trHeight w:val="397"/>
        </w:trPr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FF5DC5" w14:textId="77777777" w:rsidR="00D12814" w:rsidRDefault="006222AD">
            <w:r>
              <w:t>Freguesia (do concelho)</w:t>
            </w:r>
            <w:r>
              <w:rPr>
                <w:b/>
                <w:color w:val="A8571F"/>
              </w:rPr>
              <w:t>*</w:t>
            </w:r>
            <w:r>
              <w:t xml:space="preserve">: </w:t>
            </w:r>
            <w:r>
              <w:rPr>
                <w:u w:val="dotted"/>
              </w:rPr>
              <w:t>                </w:t>
            </w:r>
          </w:p>
        </w:tc>
        <w:tc>
          <w:tcPr>
            <w:tcW w:w="6804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BD197E" w14:textId="77777777" w:rsidR="00D12814" w:rsidRDefault="00D12814"/>
        </w:tc>
      </w:tr>
    </w:tbl>
    <w:p w14:paraId="0A09BE4B" w14:textId="77777777" w:rsidR="00D12814" w:rsidRDefault="006222AD">
      <w:pPr>
        <w:pStyle w:val="MFNota"/>
      </w:pPr>
      <w:r>
        <w:t>* preenchimento obrigatório · ¹ endereço para notificações · dados pré-preenchidos a partir do RMCAD quando aplicável.</w:t>
      </w:r>
    </w:p>
    <w:p w14:paraId="32D5ED48" w14:textId="77777777" w:rsidR="00D12814" w:rsidRDefault="006222AD">
      <w:pPr>
        <w:pStyle w:val="MFSeccao"/>
        <w:pBdr>
          <w:left w:val="single" w:sz="18" w:space="4" w:color="1B1D1F"/>
        </w:pBdr>
        <w:shd w:val="clear" w:color="auto" w:fill="E8E8E8"/>
        <w:spacing w:before="120" w:after="80"/>
      </w:pPr>
      <w:r>
        <w:rPr>
          <w:noProof/>
          <w:position w:val="-8"/>
        </w:rPr>
        <w:drawing>
          <wp:inline distT="0" distB="0" distL="0" distR="0" wp14:anchorId="18D902B0" wp14:editId="5848C9AA">
            <wp:extent cx="187200" cy="187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-us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Representante Legal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D12814" w14:paraId="7FBD2A3C" w14:textId="77777777">
        <w:trPr>
          <w:trHeight w:val="397"/>
        </w:trPr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FCB92C" w14:textId="77777777" w:rsidR="00D12814" w:rsidRDefault="006222AD">
            <w:r>
              <w:t>Nome</w:t>
            </w:r>
            <w:r>
              <w:rPr>
                <w:b/>
                <w:color w:val="A8571F"/>
              </w:rPr>
              <w:t>*</w:t>
            </w:r>
            <w:r>
              <w:t xml:space="preserve">: </w:t>
            </w:r>
            <w:r>
              <w:rPr>
                <w:u w:val="dotted"/>
              </w:rPr>
              <w:t>                </w:t>
            </w:r>
          </w:p>
        </w:tc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58BAE8" w14:textId="77777777" w:rsidR="00D12814" w:rsidRDefault="006222AD">
            <w:r>
              <w:t>Qualidade (ex.: Presidente)</w:t>
            </w:r>
            <w:r>
              <w:rPr>
                <w:b/>
                <w:color w:val="A8571F"/>
              </w:rPr>
              <w:t>*</w:t>
            </w:r>
            <w:r>
              <w:t xml:space="preserve">: </w:t>
            </w:r>
            <w:r>
              <w:rPr>
                <w:u w:val="dotted"/>
              </w:rPr>
              <w:t>                </w:t>
            </w:r>
          </w:p>
        </w:tc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071BAA" w14:textId="77777777" w:rsidR="00D12814" w:rsidRDefault="006222AD">
            <w:r>
              <w:t>Email</w:t>
            </w:r>
            <w:r>
              <w:rPr>
                <w:b/>
                <w:color w:val="A8571F"/>
              </w:rPr>
              <w:t>*</w:t>
            </w:r>
            <w:r>
              <w:t xml:space="preserve">: </w:t>
            </w:r>
            <w:r>
              <w:rPr>
                <w:u w:val="dotted"/>
              </w:rPr>
              <w:t>                </w:t>
            </w:r>
          </w:p>
        </w:tc>
      </w:tr>
    </w:tbl>
    <w:p w14:paraId="170A4C11" w14:textId="77777777" w:rsidR="00D12814" w:rsidRDefault="006222AD">
      <w:pPr>
        <w:pStyle w:val="MFSeccao"/>
        <w:pBdr>
          <w:left w:val="single" w:sz="18" w:space="4" w:color="A8571F"/>
        </w:pBdr>
        <w:shd w:val="clear" w:color="auto" w:fill="E8E8E8"/>
        <w:spacing w:before="120" w:after="80"/>
      </w:pPr>
      <w:r>
        <w:rPr>
          <w:noProof/>
          <w:position w:val="-8"/>
        </w:rPr>
        <w:drawing>
          <wp:inline distT="0" distB="0" distL="0" distR="0" wp14:anchorId="7B6D73A5" wp14:editId="30FA6892">
            <wp:extent cx="187200" cy="187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-clipboar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Identificação do Apoio</w:t>
      </w:r>
    </w:p>
    <w:p w14:paraId="0114DCDB" w14:textId="77777777" w:rsidR="00D12814" w:rsidRDefault="006222AD">
      <w:pPr>
        <w:pStyle w:val="MFRotulo"/>
      </w:pPr>
      <w:r>
        <w:t xml:space="preserve">Subprograma: *   </w:t>
      </w:r>
      <w:sdt>
        <w:sdtPr>
          <w:tag w:val="D_SP1"/>
          <w:id w:val="1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1      </w:t>
      </w:r>
      <w:sdt>
        <w:sdtPr>
          <w:tag w:val="D_SP2"/>
          <w:id w:val="1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2      </w:t>
      </w:r>
      <w:sdt>
        <w:sdtPr>
          <w:tag w:val="D_SP3"/>
          <w:id w:val="1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3      </w:t>
      </w:r>
      <w:sdt>
        <w:sdtPr>
          <w:tag w:val="D_SP4"/>
          <w:id w:val="1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4      </w:t>
      </w:r>
      <w:sdt>
        <w:sdtPr>
          <w:tag w:val="D_SP5"/>
          <w:id w:val="1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5      </w:t>
      </w:r>
      <w:sdt>
        <w:sdtPr>
          <w:tag w:val="D_SP6"/>
          <w:id w:val="1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6      </w:t>
      </w:r>
    </w:p>
    <w:p w14:paraId="18696546" w14:textId="77777777" w:rsidR="00D12814" w:rsidRDefault="006222AD">
      <w:pPr>
        <w:pStyle w:val="MFRotulo"/>
      </w:pPr>
      <w:r>
        <w:t xml:space="preserve">Tipo de relatório (art. 38.º/1): *   </w:t>
      </w:r>
      <w:sdt>
        <w:sdtPr>
          <w:tag w:val="D_REL_FINAL"/>
          <w:id w:val="1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Final      </w:t>
      </w:r>
    </w:p>
    <w:p w14:paraId="1E5EEC40" w14:textId="77777777" w:rsidR="00D12814" w:rsidRDefault="006222AD">
      <w:pPr>
        <w:pStyle w:val="MFNota"/>
      </w:pPr>
      <w:r>
        <w:t>Prazos de entrega (art. 38.º/1): Subprograma 1 — até 30 de setembro de cada ano civil, independentemente do mês em que termine a época desportiva; Subprograma 2 — 30 dias após a conclusão da atividade; Subprograma 3 — 30 dias após a formalização da aquisição; Subprograma 4 — 30 dias após a conclusão da obra.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06"/>
      </w:tblGrid>
      <w:tr w:rsidR="00D12814" w14:paraId="42E28517" w14:textId="77777777">
        <w:trPr>
          <w:trHeight w:val="397"/>
        </w:trPr>
        <w:tc>
          <w:tcPr>
            <w:tcW w:w="1020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9A0C9C" w14:textId="77777777" w:rsidR="00D12814" w:rsidRDefault="006222AD">
            <w:r>
              <w:t>Período / época desportiva</w:t>
            </w:r>
            <w:r>
              <w:rPr>
                <w:b/>
                <w:color w:val="A8571F"/>
              </w:rPr>
              <w:t>*</w:t>
            </w:r>
            <w:r>
              <w:t xml:space="preserve">: </w:t>
            </w:r>
            <w:r>
              <w:rPr>
                <w:u w:val="dotted"/>
              </w:rPr>
              <w:t>                </w:t>
            </w:r>
          </w:p>
        </w:tc>
      </w:tr>
    </w:tbl>
    <w:p w14:paraId="07189F5F" w14:textId="77777777" w:rsidR="00D12814" w:rsidRDefault="006222AD">
      <w:pPr>
        <w:pStyle w:val="MFSeccao"/>
        <w:pBdr>
          <w:left w:val="single" w:sz="18" w:space="4" w:color="A8571F"/>
        </w:pBdr>
        <w:shd w:val="clear" w:color="auto" w:fill="E8E8E8"/>
        <w:spacing w:before="120" w:after="80"/>
      </w:pPr>
      <w:r>
        <w:rPr>
          <w:noProof/>
          <w:position w:val="-8"/>
        </w:rPr>
        <w:drawing>
          <wp:inline distT="0" distB="0" distL="0" distR="0" wp14:anchorId="118A649C" wp14:editId="054277A9">
            <wp:extent cx="187200" cy="187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-filetex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Execução e Resultados</w:t>
      </w:r>
    </w:p>
    <w:p w14:paraId="56A6B516" w14:textId="77777777" w:rsidR="00D12814" w:rsidRDefault="006222AD">
      <w:pPr>
        <w:pStyle w:val="MFRotulo"/>
      </w:pPr>
      <w:r>
        <w:t>Descrição das atividades desenvolvidas: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D12814" w14:paraId="7C527374" w14:textId="77777777">
        <w:trPr>
          <w:trHeight w:val="1361"/>
        </w:trPr>
        <w:tc>
          <w:tcPr>
            <w:tcW w:w="1020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7DE1F6" w14:textId="77777777" w:rsidR="00D12814" w:rsidRDefault="00D12814"/>
        </w:tc>
      </w:tr>
    </w:tbl>
    <w:p w14:paraId="02242839" w14:textId="77777777" w:rsidR="00D12814" w:rsidRDefault="006222AD">
      <w:pPr>
        <w:pStyle w:val="MFRotulo"/>
      </w:pPr>
      <w:r>
        <w:t>Avaliação e quantificação dos resultados: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D12814" w14:paraId="5146C69C" w14:textId="77777777">
        <w:trPr>
          <w:trHeight w:val="1134"/>
        </w:trPr>
        <w:tc>
          <w:tcPr>
            <w:tcW w:w="1020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27C895" w14:textId="77777777" w:rsidR="00D12814" w:rsidRDefault="00D12814"/>
        </w:tc>
      </w:tr>
    </w:tbl>
    <w:p w14:paraId="233E2E48" w14:textId="77777777" w:rsidR="00D12814" w:rsidRDefault="006222AD">
      <w:pPr>
        <w:pStyle w:val="MFSeccao"/>
        <w:pBdr>
          <w:left w:val="single" w:sz="18" w:space="4" w:color="A8571F"/>
        </w:pBdr>
        <w:shd w:val="clear" w:color="auto" w:fill="E8E8E8"/>
        <w:spacing w:before="120" w:after="80"/>
      </w:pPr>
      <w:r>
        <w:rPr>
          <w:noProof/>
          <w:position w:val="-8"/>
        </w:rPr>
        <w:drawing>
          <wp:inline distT="0" distB="0" distL="0" distR="0" wp14:anchorId="61F550B4" wp14:editId="1B260014">
            <wp:extent cx="187200" cy="187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-percen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Questionário de Indicadores</w:t>
      </w:r>
    </w:p>
    <w:p w14:paraId="2382514E" w14:textId="77777777" w:rsidR="00D12814" w:rsidRDefault="006222AD">
      <w:pPr>
        <w:pStyle w:val="MFNota"/>
      </w:pPr>
      <w:r>
        <w:t>Indicadores definidos pelo Município.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D12814" w14:paraId="00A0DE10" w14:textId="77777777">
        <w:tc>
          <w:tcPr>
            <w:tcW w:w="51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75EC4F" w14:textId="77777777" w:rsidR="00D12814" w:rsidRDefault="006222AD">
            <w:r>
              <w:rPr>
                <w:b/>
                <w:sz w:val="16"/>
              </w:rPr>
              <w:t>Indicador</w:t>
            </w:r>
          </w:p>
        </w:tc>
        <w:tc>
          <w:tcPr>
            <w:tcW w:w="510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F77DC6" w14:textId="77777777" w:rsidR="00D12814" w:rsidRDefault="006222AD">
            <w:r>
              <w:rPr>
                <w:b/>
                <w:sz w:val="16"/>
              </w:rPr>
              <w:t>Valor</w:t>
            </w:r>
          </w:p>
        </w:tc>
      </w:tr>
      <w:tr w:rsidR="00D12814" w14:paraId="3CC0FBB2" w14:textId="77777777">
        <w:trPr>
          <w:trHeight w:val="397"/>
        </w:trPr>
        <w:tc>
          <w:tcPr>
            <w:tcW w:w="51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73CA14" w14:textId="77777777" w:rsidR="00D12814" w:rsidRDefault="00D12814"/>
        </w:tc>
        <w:tc>
          <w:tcPr>
            <w:tcW w:w="51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1C38F0" w14:textId="77777777" w:rsidR="00D12814" w:rsidRDefault="00D12814"/>
        </w:tc>
      </w:tr>
      <w:tr w:rsidR="00D12814" w14:paraId="476BF610" w14:textId="77777777">
        <w:trPr>
          <w:trHeight w:val="397"/>
        </w:trPr>
        <w:tc>
          <w:tcPr>
            <w:tcW w:w="51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84B175" w14:textId="77777777" w:rsidR="00D12814" w:rsidRDefault="00D12814"/>
        </w:tc>
        <w:tc>
          <w:tcPr>
            <w:tcW w:w="51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98AE85" w14:textId="77777777" w:rsidR="00D12814" w:rsidRDefault="00D12814"/>
        </w:tc>
      </w:tr>
      <w:tr w:rsidR="00D12814" w14:paraId="109E9C7C" w14:textId="77777777">
        <w:trPr>
          <w:trHeight w:val="397"/>
        </w:trPr>
        <w:tc>
          <w:tcPr>
            <w:tcW w:w="51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CBA42C" w14:textId="77777777" w:rsidR="00D12814" w:rsidRDefault="00D12814"/>
        </w:tc>
        <w:tc>
          <w:tcPr>
            <w:tcW w:w="51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65F618" w14:textId="77777777" w:rsidR="00D12814" w:rsidRDefault="00D12814"/>
        </w:tc>
      </w:tr>
      <w:tr w:rsidR="00D12814" w14:paraId="61E64978" w14:textId="77777777">
        <w:trPr>
          <w:trHeight w:val="397"/>
        </w:trPr>
        <w:tc>
          <w:tcPr>
            <w:tcW w:w="51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E60981" w14:textId="77777777" w:rsidR="00D12814" w:rsidRDefault="00D12814"/>
        </w:tc>
        <w:tc>
          <w:tcPr>
            <w:tcW w:w="51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076624" w14:textId="77777777" w:rsidR="00D12814" w:rsidRDefault="00D12814"/>
        </w:tc>
      </w:tr>
      <w:tr w:rsidR="00D12814" w14:paraId="7DBEEADC" w14:textId="77777777">
        <w:trPr>
          <w:trHeight w:val="397"/>
        </w:trPr>
        <w:tc>
          <w:tcPr>
            <w:tcW w:w="51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9D6AFE" w14:textId="77777777" w:rsidR="00D12814" w:rsidRDefault="00D12814"/>
        </w:tc>
        <w:tc>
          <w:tcPr>
            <w:tcW w:w="51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1E696A" w14:textId="77777777" w:rsidR="00D12814" w:rsidRDefault="00D12814"/>
        </w:tc>
      </w:tr>
      <w:tr w:rsidR="00D12814" w14:paraId="762ED3F5" w14:textId="77777777">
        <w:trPr>
          <w:trHeight w:val="397"/>
        </w:trPr>
        <w:tc>
          <w:tcPr>
            <w:tcW w:w="51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44F495" w14:textId="77777777" w:rsidR="00D12814" w:rsidRDefault="00D12814"/>
        </w:tc>
        <w:tc>
          <w:tcPr>
            <w:tcW w:w="51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67B8F2" w14:textId="77777777" w:rsidR="00D12814" w:rsidRDefault="00D12814"/>
        </w:tc>
      </w:tr>
      <w:tr w:rsidR="00D12814" w14:paraId="1FBB64DF" w14:textId="77777777">
        <w:trPr>
          <w:trHeight w:val="397"/>
        </w:trPr>
        <w:tc>
          <w:tcPr>
            <w:tcW w:w="51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86591C" w14:textId="77777777" w:rsidR="00D12814" w:rsidRDefault="00D12814"/>
        </w:tc>
        <w:tc>
          <w:tcPr>
            <w:tcW w:w="51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1571CC" w14:textId="77777777" w:rsidR="00D12814" w:rsidRDefault="00D12814"/>
        </w:tc>
      </w:tr>
      <w:tr w:rsidR="00D12814" w14:paraId="0BB97A15" w14:textId="77777777">
        <w:trPr>
          <w:trHeight w:val="397"/>
        </w:trPr>
        <w:tc>
          <w:tcPr>
            <w:tcW w:w="51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19769B" w14:textId="77777777" w:rsidR="00D12814" w:rsidRDefault="00D12814"/>
        </w:tc>
        <w:tc>
          <w:tcPr>
            <w:tcW w:w="510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E80FF8" w14:textId="77777777" w:rsidR="00D12814" w:rsidRDefault="00D12814"/>
        </w:tc>
      </w:tr>
    </w:tbl>
    <w:p w14:paraId="658D3B10" w14:textId="77777777" w:rsidR="00D12814" w:rsidRDefault="006222AD">
      <w:pPr>
        <w:pStyle w:val="MFNota"/>
      </w:pPr>
      <w:r>
        <w:t>Juntar folhas adicionais se necessário.</w:t>
      </w:r>
    </w:p>
    <w:p w14:paraId="761FC0EE" w14:textId="77777777" w:rsidR="00D12814" w:rsidRDefault="006222AD">
      <w:pPr>
        <w:pStyle w:val="MFSeccao"/>
        <w:pBdr>
          <w:left w:val="single" w:sz="18" w:space="4" w:color="A8571F"/>
        </w:pBdr>
        <w:shd w:val="clear" w:color="auto" w:fill="E8E8E8"/>
        <w:spacing w:before="120" w:after="80"/>
      </w:pPr>
      <w:r>
        <w:rPr>
          <w:noProof/>
          <w:position w:val="-8"/>
        </w:rPr>
        <w:drawing>
          <wp:inline distT="0" distB="0" distL="0" distR="0" wp14:anchorId="1BDDCE51" wp14:editId="2740C51B">
            <wp:extent cx="187200" cy="187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-clip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Documentos que Junta</w:t>
      </w:r>
    </w:p>
    <w:p w14:paraId="3B396EC9" w14:textId="77777777" w:rsidR="00D12814" w:rsidRDefault="006222AD">
      <w:pPr>
        <w:pStyle w:val="MFRotulo"/>
        <w:spacing w:after="60"/>
        <w:ind w:left="227"/>
      </w:pPr>
      <w:sdt>
        <w:sdtPr>
          <w:tag w:val="D_DOC_RELFIN"/>
          <w:id w:val="1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Relatório financeiro (PDF/XLSX)</w:t>
      </w:r>
    </w:p>
    <w:p w14:paraId="255BE678" w14:textId="77777777" w:rsidR="00D12814" w:rsidRDefault="006222AD">
      <w:pPr>
        <w:pStyle w:val="MFRotulo"/>
        <w:spacing w:after="60"/>
        <w:ind w:left="227"/>
      </w:pPr>
      <w:sdt>
        <w:sdtPr>
          <w:tag w:val="D_DOC_DESPESA"/>
          <w:id w:val="1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Documentos comprovativos de despesa legalmente aceites</w:t>
      </w:r>
    </w:p>
    <w:p w14:paraId="51A54E14" w14:textId="77777777" w:rsidR="00D12814" w:rsidRDefault="006222AD">
      <w:pPr>
        <w:pStyle w:val="MFRotulo"/>
        <w:spacing w:after="60"/>
        <w:ind w:left="227"/>
      </w:pPr>
      <w:sdt>
        <w:sdtPr>
          <w:tag w:val="D_DOC_RECIBO"/>
          <w:id w:val="1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Recibo da prestação recebida</w:t>
      </w:r>
      <w:r>
        <w:rPr>
          <w:i/>
          <w:color w:val="5B6670"/>
          <w:sz w:val="15"/>
        </w:rPr>
        <w:t xml:space="preserve">  — no prazo de 10 dias — Subprograma 1, art. 23.º/15</w:t>
      </w:r>
    </w:p>
    <w:p w14:paraId="4DB12FDA" w14:textId="77777777" w:rsidR="00D12814" w:rsidRDefault="006222AD">
      <w:pPr>
        <w:pStyle w:val="MFDeclaracao"/>
        <w:spacing w:before="60"/>
      </w:pPr>
      <w:sdt>
        <w:sdtPr>
          <w:tag w:val="D_DECL_VERBAS"/>
          <w:id w:val="1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</w:rPr>
        <w:t xml:space="preserve"> Declaro a veracidade das informações prestadas e a correta aplicação das verbas atribuídas.</w:t>
      </w:r>
    </w:p>
    <w:p w14:paraId="2185AF30" w14:textId="77777777" w:rsidR="00D12814" w:rsidRDefault="006222AD">
      <w:pPr>
        <w:pStyle w:val="MFRotulo"/>
        <w:spacing w:after="60"/>
      </w:pPr>
      <w:r>
        <w:rPr>
          <w:i/>
          <w:sz w:val="17"/>
        </w:rPr>
        <w:t>A entrega do relatório final do Subprograma 1 dentro do prazo é condição de pagamento da segunda tranche, correspondente a 25% do apoio (art. 38.º/4).</w:t>
      </w:r>
    </w:p>
    <w:p w14:paraId="209E9AFB" w14:textId="77777777" w:rsidR="00D12814" w:rsidRDefault="006222AD">
      <w:pPr>
        <w:pStyle w:val="MFSeccao"/>
        <w:pBdr>
          <w:left w:val="single" w:sz="18" w:space="4" w:color="1B1D1F"/>
        </w:pBdr>
        <w:shd w:val="clear" w:color="auto" w:fill="E8E8E8"/>
        <w:spacing w:before="120" w:after="80"/>
      </w:pPr>
      <w:r>
        <w:rPr>
          <w:noProof/>
          <w:position w:val="-8"/>
        </w:rPr>
        <w:drawing>
          <wp:inline distT="0" distB="0" distL="0" distR="0" wp14:anchorId="7AD661D0" wp14:editId="0D7373EF">
            <wp:extent cx="187200" cy="1872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-shiel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Tratamento de dados pessoais (RGPD)</w:t>
      </w:r>
    </w:p>
    <w:p w14:paraId="7FAC6127" w14:textId="77777777" w:rsidR="00D12814" w:rsidRDefault="006222AD">
      <w:pPr>
        <w:pStyle w:val="MFDeclaracao"/>
      </w:pPr>
      <w:r>
        <w:t xml:space="preserve">Os dados pessoais recolhidos neste formulário são tratados pelo </w:t>
      </w:r>
      <w:r>
        <w:rPr>
          <w:b/>
          <w:color w:val="2F5D7C"/>
        </w:rPr>
        <w:t>Município de Caminha</w:t>
      </w:r>
      <w:r>
        <w:t>, na qualidade de responsável pelo tratamento, com a finalidade exclusiva de instrução, apreciação e decisão do presente pedido, com fundamento no cumprimento de obrigações legais e no exercício de funções de interesse público (art.º 6.º, n.º 1, al. c) e e) do RGPD). Só serão comunicados a outras entidades quando a lei o exija e serão conservados pelos prazos definidos na legislação e no regulamento arquivístico aplicáveis.</w:t>
      </w:r>
    </w:p>
    <w:p w14:paraId="13180A6F" w14:textId="77777777" w:rsidR="00D12814" w:rsidRDefault="006222AD">
      <w:pPr>
        <w:pStyle w:val="MFDeclaracao"/>
      </w:pPr>
      <w:r>
        <w:t>O/A titular pode exercer, a todo o tempo, os direitos de acesso, retificação, apagamento, limitação, portabilidade e oposição junto do Encarregado de Proteção de Dados (</w:t>
      </w:r>
      <w:r>
        <w:rPr>
          <w:b/>
          <w:color w:val="2F5D7C"/>
        </w:rPr>
        <w:t>protecaodedados@cm-caminha.pt</w:t>
      </w:r>
      <w:r>
        <w:t xml:space="preserve">), bem como apresentar reclamação à CNPD (www.cnpd.pt). Informação completa em </w:t>
      </w:r>
      <w:r>
        <w:rPr>
          <w:b/>
          <w:color w:val="2F5D7C"/>
        </w:rPr>
        <w:t>www.cm-caminha.pt/privacidade</w:t>
      </w:r>
      <w:r>
        <w:t>.</w:t>
      </w:r>
    </w:p>
    <w:p w14:paraId="1C550224" w14:textId="77777777" w:rsidR="00D12814" w:rsidRDefault="006222AD">
      <w:pPr>
        <w:pStyle w:val="MFRotulo"/>
        <w:spacing w:before="80"/>
      </w:pPr>
      <w:r>
        <w:rPr>
          <w:noProof/>
          <w:position w:val="-6"/>
        </w:rPr>
        <w:drawing>
          <wp:inline distT="0" distB="0" distL="0" distR="0" wp14:anchorId="2133459C" wp14:editId="47022479">
            <wp:extent cx="151200" cy="1512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-mai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1200" cy="1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sdt>
        <w:sdtPr>
          <w:tag w:val="E_NOTIF_SIM"/>
          <w:id w:val="1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</w:rPr>
        <w:t xml:space="preserve"> Autorizo      </w:t>
      </w:r>
      <w:sdt>
        <w:sdtPr>
          <w:tag w:val="E_NOTIF_NAO"/>
          <w:id w:val="1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</w:rPr>
        <w:t xml:space="preserve"> Não autorizo   </w:t>
      </w:r>
      <w:r>
        <w:t>o envio de notificações deste requerimento para o correio eletrónico indicado.</w:t>
      </w:r>
    </w:p>
    <w:p w14:paraId="043FF34D" w14:textId="77777777" w:rsidR="00D12814" w:rsidRDefault="006222AD">
      <w:pPr>
        <w:pStyle w:val="MFDeclaracao"/>
      </w:pPr>
      <w:r>
        <w:rPr>
          <w:b/>
        </w:rPr>
        <w:t>Declara que na instrução do presente pedido todos os dados correspondem à verdade, nada tendo omitido.</w:t>
      </w:r>
    </w:p>
    <w:p w14:paraId="24658ABF" w14:textId="77777777" w:rsidR="00D12814" w:rsidRDefault="006222AD">
      <w:pPr>
        <w:pStyle w:val="MFSeccao"/>
        <w:pBdr>
          <w:left w:val="single" w:sz="18" w:space="4" w:color="1B1D1F"/>
        </w:pBdr>
        <w:shd w:val="clear" w:color="auto" w:fill="E8E8E8"/>
        <w:spacing w:before="120" w:after="80"/>
      </w:pPr>
      <w:r>
        <w:rPr>
          <w:noProof/>
          <w:position w:val="-8"/>
        </w:rPr>
        <w:drawing>
          <wp:inline distT="0" distB="0" distL="0" distR="0" wp14:anchorId="383E15A4" wp14:editId="40D10CB2">
            <wp:extent cx="187200" cy="1872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-penink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Validação e assinatura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D12814" w14:paraId="1753FBB0" w14:textId="77777777">
        <w:tc>
          <w:tcPr>
            <w:tcW w:w="5103" w:type="dxa"/>
            <w:tcMar>
              <w:top w:w="60" w:type="dxa"/>
              <w:left w:w="80" w:type="dxa"/>
              <w:bottom w:w="80" w:type="dxa"/>
              <w:right w:w="80" w:type="dxa"/>
            </w:tcMar>
          </w:tcPr>
          <w:p w14:paraId="66887695" w14:textId="77777777" w:rsidR="00D12814" w:rsidRDefault="006222AD">
            <w:r>
              <w:t>Pede deferimento,</w:t>
            </w:r>
          </w:p>
          <w:p w14:paraId="1C3A30FC" w14:textId="77777777" w:rsidR="00D12814" w:rsidRDefault="006222AD">
            <w:pPr>
              <w:pStyle w:val="MFRotulo"/>
              <w:spacing w:before="200"/>
            </w:pPr>
            <w:r>
              <w:t xml:space="preserve">Caminha, </w:t>
            </w:r>
            <w:r>
              <w:rPr>
                <w:u w:val="dotted"/>
              </w:rPr>
              <w:t>              </w:t>
            </w:r>
          </w:p>
        </w:tc>
        <w:tc>
          <w:tcPr>
            <w:tcW w:w="5103" w:type="dxa"/>
            <w:tcMar>
              <w:top w:w="60" w:type="dxa"/>
              <w:left w:w="80" w:type="dxa"/>
              <w:bottom w:w="80" w:type="dxa"/>
              <w:right w:w="80" w:type="dxa"/>
            </w:tcMar>
          </w:tcPr>
          <w:p w14:paraId="7F75FAE0" w14:textId="77777777" w:rsidR="00D12814" w:rsidRDefault="006222AD">
            <w:r>
              <w:t>O/A requerente / representante,</w:t>
            </w:r>
          </w:p>
          <w:p w14:paraId="6C266094" w14:textId="77777777" w:rsidR="00D12814" w:rsidRDefault="006222AD">
            <w:pPr>
              <w:pStyle w:val="MFRotulo"/>
              <w:spacing w:before="200"/>
            </w:pPr>
            <w:r>
              <w:t>Assinatura:</w:t>
            </w:r>
          </w:p>
        </w:tc>
      </w:tr>
    </w:tbl>
    <w:p w14:paraId="0BEB5466" w14:textId="77777777" w:rsidR="006222AD" w:rsidRDefault="006222AD"/>
    <w:sectPr w:rsidR="006222AD" w:rsidSect="00034616">
      <w:footerReference w:type="default" r:id="rId18"/>
      <w:pgSz w:w="11906" w:h="16838"/>
      <w:pgMar w:top="680" w:right="850" w:bottom="850" w:left="850" w:header="454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5DDAB" w14:textId="77777777" w:rsidR="006222AD" w:rsidRDefault="006222AD">
      <w:pPr>
        <w:spacing w:after="0" w:line="240" w:lineRule="auto"/>
      </w:pPr>
      <w:r>
        <w:separator/>
      </w:r>
    </w:p>
  </w:endnote>
  <w:endnote w:type="continuationSeparator" w:id="0">
    <w:p w14:paraId="3FA0832A" w14:textId="77777777" w:rsidR="006222AD" w:rsidRDefault="00622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30D30" w14:textId="77777777" w:rsidR="00D12814" w:rsidRDefault="006222AD">
    <w:pPr>
      <w:pStyle w:val="MFRodape"/>
      <w:pBdr>
        <w:top w:val="single" w:sz="4" w:space="4" w:color="BFBFBF"/>
      </w:pBdr>
      <w:tabs>
        <w:tab w:val="right" w:pos="10200"/>
      </w:tabs>
    </w:pPr>
    <w:r>
      <w:t>Largo Calouste Gulbenkian · 4910-113 Caminha · Portugal · Tel. 258 710 300 · geral@cm-caminha.pt · www.cm-caminha.pt</w:t>
    </w:r>
    <w:r>
      <w:rPr>
        <w:rFonts w:ascii="Consolas" w:hAnsi="Consolas"/>
        <w:sz w:val="14"/>
      </w:rPr>
      <w:tab/>
      <w:t xml:space="preserve">MF_AD.08.01-M · </w:t>
    </w:r>
    <w:proofErr w:type="spellStart"/>
    <w:r>
      <w:rPr>
        <w:rFonts w:ascii="Consolas" w:hAnsi="Consolas"/>
        <w:sz w:val="14"/>
      </w:rPr>
      <w:t>Pág</w:t>
    </w:r>
    <w:proofErr w:type="spellEnd"/>
    <w:r>
      <w:rPr>
        <w:rFonts w:ascii="Consolas" w:hAnsi="Consolas"/>
        <w:sz w:val="14"/>
      </w:rPr>
      <w:t xml:space="preserve">. </w:t>
    </w:r>
    <w:r>
      <w:fldChar w:fldCharType="begin"/>
    </w:r>
    <w:r>
      <w:instrText xml:space="preserve"> PAGE </w:instrText>
    </w:r>
    <w:r>
      <w:fldChar w:fldCharType="separate"/>
    </w:r>
    <w:r>
      <w:rPr>
        <w:sz w:val="14"/>
      </w:rPr>
      <w:t>1</w:t>
    </w:r>
    <w:r>
      <w:rPr>
        <w:sz w:val="14"/>
      </w:rPr>
      <w:fldChar w:fldCharType="end"/>
    </w:r>
    <w:r>
      <w:rPr>
        <w:rFonts w:ascii="Consolas" w:hAnsi="Consolas"/>
        <w:sz w:val="14"/>
      </w:rP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rPr>
        <w:sz w:val="14"/>
      </w:rPr>
      <w:t>1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83947" w14:textId="77777777" w:rsidR="006222AD" w:rsidRDefault="006222AD">
      <w:pPr>
        <w:spacing w:after="0" w:line="240" w:lineRule="auto"/>
      </w:pPr>
      <w:r>
        <w:separator/>
      </w:r>
    </w:p>
  </w:footnote>
  <w:footnote w:type="continuationSeparator" w:id="0">
    <w:p w14:paraId="47215B3E" w14:textId="77777777" w:rsidR="006222AD" w:rsidRDefault="006222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8850479">
    <w:abstractNumId w:val="8"/>
  </w:num>
  <w:num w:numId="2" w16cid:durableId="93717912">
    <w:abstractNumId w:val="6"/>
  </w:num>
  <w:num w:numId="3" w16cid:durableId="119567502">
    <w:abstractNumId w:val="5"/>
  </w:num>
  <w:num w:numId="4" w16cid:durableId="783617492">
    <w:abstractNumId w:val="4"/>
  </w:num>
  <w:num w:numId="5" w16cid:durableId="2144107706">
    <w:abstractNumId w:val="7"/>
  </w:num>
  <w:num w:numId="6" w16cid:durableId="371149518">
    <w:abstractNumId w:val="3"/>
  </w:num>
  <w:num w:numId="7" w16cid:durableId="790129958">
    <w:abstractNumId w:val="2"/>
  </w:num>
  <w:num w:numId="8" w16cid:durableId="1687709828">
    <w:abstractNumId w:val="1"/>
  </w:num>
  <w:num w:numId="9" w16cid:durableId="1984890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501"/>
    <w:rsid w:val="0029639D"/>
    <w:rsid w:val="00326F90"/>
    <w:rsid w:val="00551E86"/>
    <w:rsid w:val="006222AD"/>
    <w:rsid w:val="00AA1D8D"/>
    <w:rsid w:val="00B47730"/>
    <w:rsid w:val="00CB0664"/>
    <w:rsid w:val="00D128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6A3681"/>
  <w14:defaultImageDpi w14:val="300"/>
  <w15:docId w15:val="{593F8D0C-1FE5-4260-B0F0-FA445576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FTitulo">
    <w:name w:val="MF Titulo"/>
    <w:basedOn w:val="Normal"/>
    <w:qFormat/>
    <w:rPr>
      <w:b/>
      <w:color w:val="1B1D1F"/>
      <w:sz w:val="28"/>
    </w:rPr>
  </w:style>
  <w:style w:type="paragraph" w:customStyle="1" w:styleId="MFCategoria">
    <w:name w:val="MF Categoria"/>
    <w:basedOn w:val="Normal"/>
    <w:qFormat/>
    <w:rPr>
      <w:b/>
      <w:caps/>
      <w:color w:val="A8571F"/>
      <w:spacing w:val="10"/>
      <w:sz w:val="15"/>
    </w:rPr>
  </w:style>
  <w:style w:type="paragraph" w:customStyle="1" w:styleId="MFSeccao">
    <w:name w:val="MF Seccao"/>
    <w:basedOn w:val="Normal"/>
    <w:qFormat/>
    <w:rPr>
      <w:b/>
      <w:caps/>
      <w:color w:val="1B1D1F"/>
      <w:spacing w:val="6"/>
      <w:sz w:val="20"/>
    </w:rPr>
  </w:style>
  <w:style w:type="paragraph" w:customStyle="1" w:styleId="MFRotulo">
    <w:name w:val="MF Rotulo"/>
    <w:basedOn w:val="Normal"/>
    <w:qFormat/>
    <w:rPr>
      <w:color w:val="1B1D1F"/>
    </w:rPr>
  </w:style>
  <w:style w:type="paragraph" w:customStyle="1" w:styleId="MFDeclaracao">
    <w:name w:val="MF Declaracao"/>
    <w:basedOn w:val="Normal"/>
    <w:qFormat/>
    <w:rPr>
      <w:color w:val="1B1D1F"/>
    </w:rPr>
  </w:style>
  <w:style w:type="paragraph" w:customStyle="1" w:styleId="MFNota">
    <w:name w:val="MF Nota"/>
    <w:basedOn w:val="Normal"/>
    <w:qFormat/>
    <w:rPr>
      <w:i/>
      <w:color w:val="5B6670"/>
      <w:sz w:val="15"/>
    </w:rPr>
  </w:style>
  <w:style w:type="paragraph" w:customStyle="1" w:styleId="MFRodape">
    <w:name w:val="MF Rodape"/>
    <w:basedOn w:val="Normal"/>
    <w:qFormat/>
    <w:rPr>
      <w:color w:val="5B667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e Prestação de Contas — Preenchimento manual</dc:title>
  <dc:subject/>
  <dc:creator>Município de Caminha — MyForms</dc:creator>
  <cp:keywords/>
  <dc:description>Gerado a partir da espec. PIAD/RMCAD e do design MyForms (área AD).</dc:description>
  <cp:lastModifiedBy>Tomásia Cunha</cp:lastModifiedBy>
  <cp:revision>2</cp:revision>
  <dcterms:created xsi:type="dcterms:W3CDTF">2013-12-23T23:15:00Z</dcterms:created>
  <dcterms:modified xsi:type="dcterms:W3CDTF">2026-09-23T16:13:00Z</dcterms:modified>
  <cp:category>MF_AD.08.01-M</cp:category>
</cp:coreProperties>
</file>